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מאמן מש״ה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״הבוקר שבו החוף התעורר״ · מילון · שורש · הקשר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🚀 חט״ב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פותרים מילים חדשות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איזה כלי עזר?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משפחות 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לפענח מילים חדשות בטקסט בעזרת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לבחור את הכלי המתאים לכל מילה ולבדוק את הפירוש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משפחות מילים מאותו שורש – ולהבחין במילים ״מתחזות״.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״מאמן מש״ה״ ופותרים מילה אחת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את הטקסט, מפענחים, ומסמנים איזה כלי עזר.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שורשים ומשפט אישי;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חט״ב.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חלקים א׳–ב׳: הפירוש, הכלי המומלץ והשורש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1327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הכלי המומלץ</w:t>
            </w:r>
          </w:p>
        </w:tc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204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פירוש</w:t>
            </w:r>
          </w:p>
        </w:tc>
        <w:tc>
          <w:tcPr>
            <w:tcW w:type="dxa" w:w="4388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למה?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סוער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ס־ע־ר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רוגש, עם רוח וגלים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״גלים גבוהים זרקו אצות״ – רמז מהמשפט; והשורש ס־ע־ר כמו סערה.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לפנות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פ־נ־ה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לסלק, להוציא מהמקום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למילה כמה פירושים במילון. ההקשר – ״את הפסולת״ – בוחר: לסלק.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קונכייה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קליפה קשה של חיה ימית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אין שורש מוכר וההקשר נותן רק רמז (נמצא בחוף) – זה המקום לפתוח מילון.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מותשים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ת־ש־ש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עייפים מאוד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״בסוף הבוקר״ אחרי עבודה קשה, ו״אבל גם גאים״ – ניגוד לתחושה לא נעימה.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מזמין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ז־מ־ן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נעים ומושך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החוף לא מזמין אף אחד בטלפון 😉 – כאן הפירוש הוא ״נעים ומושך״.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מבצע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ב־צ־ע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פעולה מאורגנת עם מטרה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השורש ב־צ־ע כמו לבצע – לעשות משימה. לא מדובר בחנות!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בחלק ב׳ מקבלים גם כלי אחר אם התלמיד/ה מנמק/ת – המטרה היא לבחור כלי מתאים ולבדוק את הפירוש במשפט.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משפחות שורשים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ע־ב־ר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מעבר, מעבורת, תעבורה, עבירה. מתחזות: עבודה (ע־ב־ד), עבה (ע־ב־ה). משמעות משותפת: מעבר ממקום למקום.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ל־מ־ד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תלמיד, לימודים, מלמד, למידה. מתחזות: מולדת (י־ל־ד), ילד (י־ל־ד). משמעות משותפת: לימוד.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ש־ק־פ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משקפת, שקוף, משקפיים, השקפה. מתחזות: שקט (ש־ק־ט), שקר (ש־ק־ר). משמעות משותפת: ראייה, מבט.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מאמן מש״ה · חט״ב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פותרים מילים חדשות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המילים המודגשות הן מילים חדשות – נפענח אותן בעזרת מש״ה.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🌊 הבוקר שבו החוף התעורר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בשבת בבוקר התכנסו עשרות מתנדבים ומתנדבות בחוף הצפוני. הים היה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סוער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, וגלים גבוהים זרקו אצות וקרשים אל החול. רכזת הפעילות חילקה שקיות וכפפות והסבירה שהמטרה היא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לפנות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את הפסולת לפני שתחזור אל המים. תוך שעה התמלאו השקיות בבקבוקים, ברשתות דיג ישנות ובפקקים צבעוניים. אחד המשתתפים מצא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קונכייה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ענקית וקרא לכולם לראות. בסוף הבוקר כולם היו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מותשים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, אבל גם גאים: החוף נראה נקי ו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מזמין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. ״זה לא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מבצע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חד־פעמי,״ אמרה הרכזת, ״נחזור לכאן בכל חודש.״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הכלי: מ / ש / 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רמז מהמשפט או השורש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הפירוש שלי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סוער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לפנות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קונכייה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מותשים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מזמין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מבצע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איזה כלי עזר?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מילה: איזה כלי עזר הכי הרבה? הקיפו. אם יש שורש – כתבו אותו.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סוער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לפנות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קונכייה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מותשים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מזמין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6.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מבצע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סוער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לפנות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מותשים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מזמין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מבצע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משפחות 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משפחות שורשים: בכל שורה יש מילים מהמשפחה ומילים ״מתחזות״. הקיפו רק את בני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ע־ב־ר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תעבורה   ◯ מעבורת   ◯ עבודה   ◯ מעבר   ◯ עבה   ◯ עבירה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ל־מ־ד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לימודים   ◯ מלמד   ◯ ילד   ◯ תלמיד   ◯ למידה   ◯ מולדת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ש־ק־פ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שקר   ◯ משקפת   ◯ שקט   ◯ משקפיים   ◯ שקוף   ◯ השקפה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כתבו משפט משלכם עם שתיים מהמילים החדשות מהטקסט.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היום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מאמן מש״ה · חט״ב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מאמן מש״ה · חט״ב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