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השאלה כטקסט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מפרקים את השאלה לפני שעונים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💛 חנ״מ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חמשת הצעדים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מילות שאלה – איזה סוג?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מפרקים שאלות על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לקרוא שאלה כמו טקסט: לסמן מילות שאלה ולתכנן את התשובה לפני שכותבים.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להבחין בין שאלות איתור, פרשנות והערכה ולדעת מה חייב להופיע בכל תשובה.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מקרינים את הדוגמה מעמוד ״השאלה כטקסט״.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סידור הצעדים ומיון מילות שאלה.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פירוק שאלות על ״החלון הירוק״ וכתיבת תשובה מלאה;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הגרסה הזאת: חנ״מ. גופן גדול, 2 אפשרויות בכל שאלה, פחות פריטים, אימוג׳י כעוגן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א׳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1. קוראים את השאלה עד הסוף ← 3. מסמנים את מילות השאלה ← 5. מבצעים ובודקים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ב׳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408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מילת השאלה</w:t>
            </w:r>
          </w:p>
        </w:tc>
        <w:tc>
          <w:tcPr>
            <w:tcW w:type="dxa" w:w="204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סוג</w:t>
            </w:r>
          </w:p>
        </w:tc>
        <w:tc>
          <w:tcPr>
            <w:tcW w:type="dxa" w:w="408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צורת התשובה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מה / מי / מתי / איפה / כמה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פרט מדויק מהטקסט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מדוע / למה / מה הסיבה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סיבה + הסבר (״כי…״)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מה דעתכם / הביעו עמדה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הערכה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עמדה + לפחות נימוק אחד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העתיקו / ציינו / מצאו / כתבו מהטקסט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ציטוט או פרט כפי שהוא כתוב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הסבירו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טענה + הסבר + ראיה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ג׳: ״החלון הירוק״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61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שאלה</w:t>
            </w:r>
          </w:p>
        </w:tc>
        <w:tc>
          <w:tcPr>
            <w:tcW w:type="dxa" w:w="204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מילים לסימון</w:t>
            </w:r>
          </w:p>
        </w:tc>
        <w:tc>
          <w:tcPr>
            <w:tcW w:type="dxa" w:w="1225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סוג</w:t>
            </w:r>
          </w:p>
        </w:tc>
        <w:tc>
          <w:tcPr>
            <w:tcW w:type="dxa" w:w="2449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חייב להופיע</w:t>
            </w:r>
          </w:p>
        </w:tc>
        <w:tc>
          <w:tcPr>
            <w:tcW w:type="dxa" w:w="3878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באיזו קומה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איתור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פרט אחד מהטקסט: הקומה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בקומה השלישית.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2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מנו · שלושה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איתור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רשימה + בדיוק שלושה פריטים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בזיליקום, נענע ופלפל קטן.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3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הסבירו · מדוע · בפסקה השלישית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פרשנות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טענה (סיבה) + הסבר + ראיה מהפסקה השלישית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כי מהחלון של המשפחה התחיל שינוי: הצמחים התפשטו לכל הבניין, וכפי שכתוב בפסקה השלישית, ״חזית הבניין הפכה לירוקה״.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תרגול · השאלה כטקסט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חמשת הצעדים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סדרו את הצעדים: כתבו 1, 2, 3.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מספר</w:t>
                  </w:r>
                </w:p>
              </w:tc>
              <w:tc>
                <w:tcPr>
                  <w:tcW w:type="dxa" w:w="5103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הצעד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מבצעים ובודקים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קוראים את השאלה עד הסוף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מסמנים את מילות השאלה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מילות שאלה – איזה סוג?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לאיזה סוג שאלה שייכת כל מילת שאלה? סמנו ✓.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מילת השאלה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🔍 איתור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🧩 פרשנות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⚖️ הערכה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מה / מי / מתי / איפה / כמה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מדוע / למה / מה הסיבה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מה דעתכם / הביעו עמדה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העתיקו / ציינו / מצאו / כתבו מהטקסט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הסבירו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☐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36"/>
                <w:bCs/>
                <w:szCs w:val="36"/>
                <w:rtl w:val="1"/>
              </w:rPr>
              <w:t>ג׳ · מפרקים שאלות על טקסט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לכל שאלה: הקיפו את סוג השאלה.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1.  באיזו קומה גרה המשפחה?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איתור     ◯ הערכה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2.  מנו שלושה צמחים שעמדו על אדן החלון.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איתור     ◯ הערכה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3.  הסבירו מדוע נקרא הסיפור ״החלון הירוק״. היעזרו בפסקה השלישית.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פרשנות     ◯ הערכה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מה עושים לפני שעונים על שאלה?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״הסבירו״ היא שאלת: ◯ איתור ◯ פרשנות ◯ הערכה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השאלה כטקסט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השאלה כטקסט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